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BF75" w14:textId="77777777" w:rsidR="005C0941" w:rsidRPr="00367F93" w:rsidRDefault="007A21D8">
      <w:pPr>
        <w:pStyle w:val="Kop1"/>
        <w:rPr>
          <w:lang w:val="nl-NL"/>
        </w:rPr>
      </w:pPr>
      <w:r w:rsidRPr="00367F93">
        <w:rPr>
          <w:lang w:val="nl-NL"/>
        </w:rPr>
        <w:t>Intakeformulier – Huur Paardenbox(en), Appartement &amp; Faciliteiten</w:t>
      </w:r>
    </w:p>
    <w:p w14:paraId="3FD0B802" w14:textId="77777777" w:rsidR="005C0941" w:rsidRPr="00367F93" w:rsidRDefault="007A21D8">
      <w:pPr>
        <w:pStyle w:val="Kop2"/>
        <w:rPr>
          <w:lang w:val="nl-NL"/>
        </w:rPr>
      </w:pPr>
      <w:r w:rsidRPr="00367F93">
        <w:rPr>
          <w:lang w:val="nl-NL"/>
        </w:rPr>
        <w:t>1. Kennismaking</w:t>
      </w:r>
    </w:p>
    <w:p w14:paraId="452FE9A9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Naam klant: ________________________________________</w:t>
      </w:r>
    </w:p>
    <w:p w14:paraId="5A23D66E" w14:textId="596FC1EE" w:rsidR="005C0941" w:rsidRPr="00367F93" w:rsidRDefault="00367F93">
      <w:pPr>
        <w:rPr>
          <w:lang w:val="nl-NL"/>
        </w:rPr>
      </w:pPr>
      <w:r>
        <w:rPr>
          <w:lang w:val="nl-NL"/>
        </w:rPr>
        <w:t>Land van herkomst</w:t>
      </w:r>
      <w:r w:rsidR="007A21D8" w:rsidRPr="00367F93">
        <w:rPr>
          <w:lang w:val="nl-NL"/>
        </w:rPr>
        <w:t>: ___________________________________</w:t>
      </w:r>
    </w:p>
    <w:p w14:paraId="2BE6123A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Korte toelichting klant en/of begeleider:</w:t>
      </w:r>
    </w:p>
    <w:p w14:paraId="345613DD" w14:textId="77777777" w:rsidR="005C0941" w:rsidRDefault="007A21D8">
      <w:pPr>
        <w:pStyle w:val="Kop2"/>
      </w:pPr>
      <w:r>
        <w:t xml:space="preserve">2. Doel van de </w:t>
      </w:r>
      <w:proofErr w:type="spellStart"/>
      <w:r>
        <w:t>huur</w:t>
      </w:r>
      <w:proofErr w:type="spellEnd"/>
    </w:p>
    <w:p w14:paraId="16104951" w14:textId="0FE30F30" w:rsidR="005C0941" w:rsidRDefault="007A21D8" w:rsidP="00367F93">
      <w:pPr>
        <w:pStyle w:val="Lijstopsomteken"/>
      </w:pPr>
      <w:proofErr w:type="gramStart"/>
      <w:r>
        <w:t>[  ]</w:t>
      </w:r>
      <w:proofErr w:type="gramEnd"/>
      <w:r>
        <w:t xml:space="preserve"> </w:t>
      </w:r>
      <w:r w:rsidR="00367F93">
        <w:t>Long stay</w:t>
      </w:r>
    </w:p>
    <w:p w14:paraId="722EC405" w14:textId="54037A74" w:rsidR="005C0941" w:rsidRDefault="007A21D8" w:rsidP="00367F93">
      <w:pPr>
        <w:pStyle w:val="Lijstopsomteken"/>
      </w:pPr>
      <w:proofErr w:type="gramStart"/>
      <w:r>
        <w:t>[  ]</w:t>
      </w:r>
      <w:proofErr w:type="gramEnd"/>
      <w:r>
        <w:t xml:space="preserve"> </w:t>
      </w:r>
      <w:r w:rsidR="00367F93">
        <w:t xml:space="preserve">Short stay, </w:t>
      </w:r>
      <w:proofErr w:type="spellStart"/>
      <w:r w:rsidR="00367F93">
        <w:t>voor</w:t>
      </w:r>
      <w:proofErr w:type="spellEnd"/>
      <w:r w:rsidR="00367F93">
        <w:t xml:space="preserve"> </w:t>
      </w:r>
      <w:proofErr w:type="spellStart"/>
      <w:r w:rsidR="00367F93">
        <w:t>hoelang</w:t>
      </w:r>
      <w:proofErr w:type="spellEnd"/>
      <w:r w:rsidR="00367F93">
        <w:t>. ______________________</w:t>
      </w:r>
    </w:p>
    <w:p w14:paraId="0722E0D7" w14:textId="77777777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Anders: ____________________________</w:t>
      </w:r>
    </w:p>
    <w:p w14:paraId="601856AB" w14:textId="77777777" w:rsidR="005C0941" w:rsidRDefault="007A21D8">
      <w:pPr>
        <w:pStyle w:val="Kop2"/>
      </w:pPr>
      <w:r>
        <w:t>3. Gegevens paard(en)</w:t>
      </w:r>
    </w:p>
    <w:p w14:paraId="20C1D1AA" w14:textId="77777777" w:rsidR="005C0941" w:rsidRDefault="007A21D8">
      <w:r>
        <w:t>Aantal paarden: ______</w:t>
      </w:r>
    </w:p>
    <w:p w14:paraId="46951DAE" w14:textId="2F6F9CE1" w:rsidR="005C0941" w:rsidRPr="00367F93" w:rsidRDefault="007A21D8">
      <w:pPr>
        <w:rPr>
          <w:lang w:val="nl-NL"/>
        </w:rPr>
      </w:pPr>
      <w:r w:rsidRPr="00367F93">
        <w:rPr>
          <w:lang w:val="nl-NL"/>
        </w:rPr>
        <w:t>Bijzonderheden:</w:t>
      </w:r>
    </w:p>
    <w:p w14:paraId="61A07B85" w14:textId="77777777" w:rsidR="005C0941" w:rsidRDefault="007A21D8">
      <w:pPr>
        <w:pStyle w:val="Kop2"/>
      </w:pPr>
      <w:r>
        <w:t xml:space="preserve">4. </w:t>
      </w:r>
      <w:proofErr w:type="spellStart"/>
      <w:r>
        <w:t>Paardenbox</w:t>
      </w:r>
      <w:proofErr w:type="spellEnd"/>
      <w:r>
        <w:t>(</w:t>
      </w:r>
      <w:proofErr w:type="spellStart"/>
      <w:r>
        <w:t>en</w:t>
      </w:r>
      <w:proofErr w:type="spellEnd"/>
      <w:r>
        <w:t>)</w:t>
      </w:r>
    </w:p>
    <w:p w14:paraId="64AF78F4" w14:textId="11A48648" w:rsidR="005C0941" w:rsidRPr="00367F93" w:rsidRDefault="007A21D8">
      <w:pPr>
        <w:pStyle w:val="Lijstopsomteken"/>
        <w:rPr>
          <w:lang w:val="nl-NL"/>
        </w:rPr>
      </w:pPr>
      <w:proofErr w:type="gramStart"/>
      <w:r w:rsidRPr="00367F93">
        <w:rPr>
          <w:lang w:val="nl-NL"/>
        </w:rPr>
        <w:t>[  ]</w:t>
      </w:r>
      <w:proofErr w:type="gramEnd"/>
      <w:r w:rsidRPr="00367F93">
        <w:rPr>
          <w:lang w:val="nl-NL"/>
        </w:rPr>
        <w:t xml:space="preserve"> </w:t>
      </w:r>
      <w:r w:rsidR="00367F93" w:rsidRPr="00367F93">
        <w:rPr>
          <w:lang w:val="nl-NL"/>
        </w:rPr>
        <w:t xml:space="preserve">Aan tal te huren </w:t>
      </w:r>
      <w:r w:rsidRPr="00367F93">
        <w:rPr>
          <w:lang w:val="nl-NL"/>
        </w:rPr>
        <w:t>box</w:t>
      </w:r>
      <w:r w:rsidR="00367F93" w:rsidRPr="00367F93">
        <w:rPr>
          <w:lang w:val="nl-NL"/>
        </w:rPr>
        <w:t>en</w:t>
      </w:r>
    </w:p>
    <w:p w14:paraId="740390A7" w14:textId="77777777" w:rsidR="005C0941" w:rsidRDefault="007A21D8">
      <w:proofErr w:type="spellStart"/>
      <w:r>
        <w:t>Weidegang</w:t>
      </w:r>
      <w:proofErr w:type="spellEnd"/>
      <w:r>
        <w:t xml:space="preserve"> </w:t>
      </w:r>
      <w:proofErr w:type="spellStart"/>
      <w:r>
        <w:t>gewenst</w:t>
      </w:r>
      <w:proofErr w:type="spellEnd"/>
      <w:r>
        <w:t>? Ja / Nee</w:t>
      </w:r>
    </w:p>
    <w:p w14:paraId="38CFC91D" w14:textId="54CD4AB1" w:rsidR="00367F93" w:rsidRDefault="00367F93">
      <w:r>
        <w:t xml:space="preserve">Paddock </w:t>
      </w:r>
      <w:proofErr w:type="spellStart"/>
      <w:r>
        <w:t>gewenst</w:t>
      </w:r>
      <w:proofErr w:type="spellEnd"/>
      <w:r>
        <w:t>?  Ja/Nee</w:t>
      </w:r>
    </w:p>
    <w:p w14:paraId="6ADD1A31" w14:textId="243F709A" w:rsidR="00367F93" w:rsidRDefault="00367F93">
      <w:r>
        <w:t xml:space="preserve">Solarium </w:t>
      </w:r>
      <w:proofErr w:type="spellStart"/>
      <w:r>
        <w:t>gewenst</w:t>
      </w:r>
      <w:proofErr w:type="spellEnd"/>
      <w:r>
        <w:t>?  Ja/Nee</w:t>
      </w:r>
    </w:p>
    <w:p w14:paraId="2424E4E3" w14:textId="77777777" w:rsidR="00367F93" w:rsidRDefault="00367F93"/>
    <w:p w14:paraId="4499DF36" w14:textId="77777777" w:rsidR="005C0941" w:rsidRDefault="007A21D8">
      <w:proofErr w:type="spellStart"/>
      <w:r>
        <w:t>Bijzondere</w:t>
      </w:r>
      <w:proofErr w:type="spellEnd"/>
      <w:r>
        <w:t xml:space="preserve"> </w:t>
      </w:r>
      <w:proofErr w:type="spellStart"/>
      <w:r>
        <w:t>wensen</w:t>
      </w:r>
      <w:proofErr w:type="spellEnd"/>
      <w:r>
        <w:t>:</w:t>
      </w:r>
    </w:p>
    <w:p w14:paraId="5E14EACA" w14:textId="77777777" w:rsidR="005C0941" w:rsidRDefault="007A21D8">
      <w:pPr>
        <w:pStyle w:val="Kop2"/>
      </w:pPr>
      <w:r>
        <w:t>5. Gebruik faciliteiten</w:t>
      </w:r>
    </w:p>
    <w:p w14:paraId="63802EDB" w14:textId="77777777" w:rsidR="005C0941" w:rsidRDefault="007A21D8">
      <w:pPr>
        <w:pStyle w:val="Lijstopsomteken"/>
      </w:pPr>
      <w:r>
        <w:t>[  ] Rijbak</w:t>
      </w:r>
    </w:p>
    <w:p w14:paraId="479281D7" w14:textId="77777777" w:rsidR="005C0941" w:rsidRDefault="007A21D8">
      <w:pPr>
        <w:pStyle w:val="Lijstopsomteken"/>
      </w:pPr>
      <w:r>
        <w:t>[  ] Longeercirkel</w:t>
      </w:r>
    </w:p>
    <w:p w14:paraId="47DE6E9E" w14:textId="77777777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</w:t>
      </w:r>
      <w:proofErr w:type="spellStart"/>
      <w:r>
        <w:t>Zadelkamer</w:t>
      </w:r>
      <w:proofErr w:type="spellEnd"/>
    </w:p>
    <w:p w14:paraId="3B467A64" w14:textId="77777777" w:rsidR="005C0941" w:rsidRDefault="007A21D8">
      <w:pPr>
        <w:pStyle w:val="Lijstopsomteken"/>
      </w:pPr>
      <w:r>
        <w:t>[  ] Wasplaats</w:t>
      </w:r>
    </w:p>
    <w:p w14:paraId="19D223C0" w14:textId="77777777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</w:t>
      </w:r>
      <w:proofErr w:type="spellStart"/>
      <w:r>
        <w:t>Stapmolen</w:t>
      </w:r>
      <w:proofErr w:type="spellEnd"/>
    </w:p>
    <w:p w14:paraId="289AB4CE" w14:textId="77777777" w:rsidR="00367F93" w:rsidRDefault="00367F93" w:rsidP="00367F93">
      <w:pPr>
        <w:pStyle w:val="Lijstopsomteken"/>
        <w:numPr>
          <w:ilvl w:val="0"/>
          <w:numId w:val="0"/>
        </w:numPr>
        <w:ind w:left="360" w:hanging="360"/>
      </w:pPr>
    </w:p>
    <w:p w14:paraId="57A35956" w14:textId="41A57A8B" w:rsidR="00367F93" w:rsidRDefault="00367F93" w:rsidP="00367F93">
      <w:pPr>
        <w:pStyle w:val="Lijstopsomteken"/>
        <w:numPr>
          <w:ilvl w:val="0"/>
          <w:numId w:val="0"/>
        </w:numPr>
        <w:ind w:left="360" w:hanging="360"/>
      </w:pPr>
      <w:r>
        <w:t xml:space="preserve">Tegen </w:t>
      </w:r>
      <w:proofErr w:type="spellStart"/>
      <w:r>
        <w:t>betaling</w:t>
      </w:r>
      <w:proofErr w:type="spellEnd"/>
    </w:p>
    <w:p w14:paraId="2DB232ED" w14:textId="77777777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Wasmachine</w:t>
      </w:r>
    </w:p>
    <w:p w14:paraId="28586E17" w14:textId="77777777" w:rsidR="005C0941" w:rsidRDefault="007A21D8">
      <w:pPr>
        <w:pStyle w:val="Lijstopsomteken"/>
      </w:pPr>
      <w:r>
        <w:t xml:space="preserve">[  ] </w:t>
      </w:r>
      <w:r>
        <w:t>Droger</w:t>
      </w:r>
    </w:p>
    <w:p w14:paraId="6384207A" w14:textId="384BA255" w:rsidR="005C0941" w:rsidRPr="00641FF7" w:rsidRDefault="00641FF7">
      <w:pPr>
        <w:rPr>
          <w:lang w:val="nl-NL"/>
        </w:rPr>
      </w:pPr>
      <w:r w:rsidRPr="00641FF7">
        <w:rPr>
          <w:lang w:val="nl-NL"/>
        </w:rPr>
        <w:t xml:space="preserve">Kosten huur paardenboxen </w:t>
      </w:r>
      <w:r w:rsidR="007A21D8">
        <w:rPr>
          <w:lang w:val="nl-NL"/>
        </w:rPr>
        <w:t>+</w:t>
      </w:r>
      <w:r w:rsidRPr="00641FF7">
        <w:rPr>
          <w:lang w:val="nl-NL"/>
        </w:rPr>
        <w:t xml:space="preserve"> 21 % BT</w:t>
      </w:r>
      <w:r>
        <w:rPr>
          <w:lang w:val="nl-NL"/>
        </w:rPr>
        <w:t>W</w:t>
      </w:r>
      <w:r w:rsidR="007A21D8">
        <w:rPr>
          <w:lang w:val="nl-NL"/>
        </w:rPr>
        <w:t xml:space="preserve"> plichtig</w:t>
      </w:r>
    </w:p>
    <w:p w14:paraId="5EDEC408" w14:textId="77777777" w:rsidR="005C0941" w:rsidRDefault="007A21D8">
      <w:pPr>
        <w:pStyle w:val="Kop2"/>
      </w:pPr>
      <w:r>
        <w:lastRenderedPageBreak/>
        <w:t xml:space="preserve">6. </w:t>
      </w:r>
      <w:proofErr w:type="spellStart"/>
      <w:r>
        <w:t>Verzorging</w:t>
      </w:r>
      <w:proofErr w:type="spellEnd"/>
      <w:r>
        <w:t xml:space="preserve"> &amp; </w:t>
      </w:r>
      <w:proofErr w:type="spellStart"/>
      <w:r>
        <w:t>diensten</w:t>
      </w:r>
      <w:proofErr w:type="spellEnd"/>
    </w:p>
    <w:p w14:paraId="23134D56" w14:textId="31FAF56E" w:rsidR="005C0941" w:rsidRDefault="007A21D8">
      <w:r>
        <w:t xml:space="preserve">Zelf </w:t>
      </w:r>
      <w:proofErr w:type="spellStart"/>
      <w:proofErr w:type="gramStart"/>
      <w:r>
        <w:t>verzorgen</w:t>
      </w:r>
      <w:proofErr w:type="spellEnd"/>
      <w:r>
        <w:t xml:space="preserve"> </w:t>
      </w:r>
      <w:r w:rsidR="00367F93">
        <w:t>,</w:t>
      </w:r>
      <w:proofErr w:type="gramEnd"/>
      <w:r w:rsidR="00367F93">
        <w:t xml:space="preserve"> </w:t>
      </w:r>
      <w:proofErr w:type="spellStart"/>
      <w:r w:rsidR="00367F93">
        <w:t>huisregels</w:t>
      </w:r>
      <w:proofErr w:type="spellEnd"/>
      <w:r w:rsidR="00367F93">
        <w:t xml:space="preserve"> </w:t>
      </w:r>
      <w:proofErr w:type="spellStart"/>
      <w:r w:rsidR="00367F93">
        <w:t>bespreken</w:t>
      </w:r>
      <w:proofErr w:type="spellEnd"/>
    </w:p>
    <w:p w14:paraId="5C285273" w14:textId="1273AF76" w:rsidR="005C0941" w:rsidRDefault="007A21D8">
      <w:pPr>
        <w:pStyle w:val="Kop2"/>
      </w:pPr>
      <w:r>
        <w:t>7. Appartement / Huisvesting</w:t>
      </w:r>
    </w:p>
    <w:p w14:paraId="11EFF3B3" w14:textId="77777777" w:rsidR="005C0941" w:rsidRDefault="007A21D8">
      <w:r>
        <w:t>Appartement gewenst? Ja / Nee</w:t>
      </w:r>
    </w:p>
    <w:p w14:paraId="3D64DF69" w14:textId="77777777" w:rsidR="005C0941" w:rsidRDefault="007A21D8">
      <w:pPr>
        <w:pStyle w:val="Lijstopsomteken"/>
      </w:pPr>
      <w:r>
        <w:t>[  ] Voor ruiter / eigenaar</w:t>
      </w:r>
    </w:p>
    <w:p w14:paraId="61DBA0A0" w14:textId="77777777" w:rsidR="005C0941" w:rsidRDefault="007A21D8">
      <w:pPr>
        <w:pStyle w:val="Lijstopsomteken"/>
      </w:pPr>
      <w:r>
        <w:t>[  ] Voor groom / begeleider(s)</w:t>
      </w:r>
    </w:p>
    <w:p w14:paraId="41AE0007" w14:textId="77777777" w:rsidR="005C0941" w:rsidRDefault="007A21D8">
      <w:r>
        <w:t>Aantal personen: ______</w:t>
      </w:r>
    </w:p>
    <w:p w14:paraId="4B43E795" w14:textId="77777777" w:rsidR="005C0941" w:rsidRDefault="007A21D8">
      <w:r>
        <w:t>Verblijfsduur: ______________________</w:t>
      </w:r>
    </w:p>
    <w:p w14:paraId="07180D35" w14:textId="726116D9" w:rsidR="005C0941" w:rsidRPr="007A21D8" w:rsidRDefault="001204B8">
      <w:pPr>
        <w:rPr>
          <w:lang w:val="nl-NL"/>
        </w:rPr>
      </w:pPr>
      <w:r w:rsidRPr="007A21D8">
        <w:rPr>
          <w:lang w:val="nl-NL"/>
        </w:rPr>
        <w:t xml:space="preserve">Kosten </w:t>
      </w:r>
      <w:r w:rsidR="00641FF7" w:rsidRPr="007A21D8">
        <w:rPr>
          <w:lang w:val="nl-NL"/>
        </w:rPr>
        <w:t>huisvesting en BTW %</w:t>
      </w:r>
      <w:r w:rsidR="007A21D8" w:rsidRPr="007A21D8">
        <w:rPr>
          <w:lang w:val="nl-NL"/>
        </w:rPr>
        <w:t xml:space="preserve"> plichtig</w:t>
      </w:r>
    </w:p>
    <w:p w14:paraId="40BF6812" w14:textId="77777777" w:rsidR="005C0941" w:rsidRDefault="007A21D8">
      <w:pPr>
        <w:pStyle w:val="Kop2"/>
      </w:pPr>
      <w:r>
        <w:t xml:space="preserve">8. </w:t>
      </w:r>
      <w:proofErr w:type="spellStart"/>
      <w:r>
        <w:t>Parkeergelegenheid</w:t>
      </w:r>
      <w:proofErr w:type="spellEnd"/>
    </w:p>
    <w:p w14:paraId="0A084EC3" w14:textId="3050F465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</w:t>
      </w:r>
      <w:proofErr w:type="spellStart"/>
      <w:r>
        <w:t>Paardentrailer</w:t>
      </w:r>
      <w:proofErr w:type="spellEnd"/>
      <w:r w:rsidR="00367F93">
        <w:t xml:space="preserve"> 20 euro per </w:t>
      </w:r>
      <w:proofErr w:type="spellStart"/>
      <w:r w:rsidR="00367F93">
        <w:t>maand</w:t>
      </w:r>
      <w:proofErr w:type="spellEnd"/>
    </w:p>
    <w:p w14:paraId="7BC2489B" w14:textId="2360DA96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</w:t>
      </w:r>
      <w:proofErr w:type="spellStart"/>
      <w:r>
        <w:t>Paardenwagen</w:t>
      </w:r>
      <w:proofErr w:type="spellEnd"/>
      <w:r w:rsidR="00367F93">
        <w:t xml:space="preserve"> 30 euro per </w:t>
      </w:r>
      <w:proofErr w:type="spellStart"/>
      <w:r w:rsidR="00367F93">
        <w:t>maand</w:t>
      </w:r>
      <w:proofErr w:type="spellEnd"/>
    </w:p>
    <w:p w14:paraId="6768643B" w14:textId="4ADACD7C" w:rsidR="005C0941" w:rsidRPr="00367F93" w:rsidRDefault="007A21D8">
      <w:pPr>
        <w:pStyle w:val="Lijstopsomteken"/>
        <w:rPr>
          <w:lang w:val="nl-NL"/>
        </w:rPr>
      </w:pPr>
      <w:proofErr w:type="gramStart"/>
      <w:r w:rsidRPr="00367F93">
        <w:rPr>
          <w:lang w:val="nl-NL"/>
        </w:rPr>
        <w:t>[  ]</w:t>
      </w:r>
      <w:proofErr w:type="gramEnd"/>
      <w:r w:rsidRPr="00367F93">
        <w:rPr>
          <w:lang w:val="nl-NL"/>
        </w:rPr>
        <w:t xml:space="preserve"> </w:t>
      </w:r>
      <w:proofErr w:type="gramStart"/>
      <w:r w:rsidRPr="00367F93">
        <w:rPr>
          <w:lang w:val="nl-NL"/>
        </w:rPr>
        <w:t>Truck /</w:t>
      </w:r>
      <w:proofErr w:type="gramEnd"/>
      <w:r w:rsidRPr="00367F93">
        <w:rPr>
          <w:lang w:val="nl-NL"/>
        </w:rPr>
        <w:t xml:space="preserve"> </w:t>
      </w:r>
      <w:r w:rsidRPr="00367F93">
        <w:rPr>
          <w:lang w:val="nl-NL"/>
        </w:rPr>
        <w:t>vrachtwagen</w:t>
      </w:r>
      <w:r w:rsidR="00367F93" w:rsidRPr="00367F93">
        <w:rPr>
          <w:lang w:val="nl-NL"/>
        </w:rPr>
        <w:t xml:space="preserve"> 100 euro per maand</w:t>
      </w:r>
      <w:r w:rsidR="00367F93">
        <w:rPr>
          <w:lang w:val="nl-NL"/>
        </w:rPr>
        <w:t>, geen bewoning in de truck toegestaan.</w:t>
      </w:r>
    </w:p>
    <w:p w14:paraId="2ADA2A70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 xml:space="preserve">Stroomaansluiting nodig? </w:t>
      </w:r>
      <w:proofErr w:type="gramStart"/>
      <w:r w:rsidRPr="00367F93">
        <w:rPr>
          <w:lang w:val="nl-NL"/>
        </w:rPr>
        <w:t>Ja /</w:t>
      </w:r>
      <w:proofErr w:type="gramEnd"/>
      <w:r w:rsidRPr="00367F93">
        <w:rPr>
          <w:lang w:val="nl-NL"/>
        </w:rPr>
        <w:t xml:space="preserve"> Nee</w:t>
      </w:r>
    </w:p>
    <w:p w14:paraId="0E9ADFF6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Aantal parkeerplaatsen: ______</w:t>
      </w:r>
    </w:p>
    <w:p w14:paraId="668E889A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 xml:space="preserve">Parkeren: </w:t>
      </w:r>
      <w:proofErr w:type="gramStart"/>
      <w:r w:rsidRPr="00367F93">
        <w:rPr>
          <w:lang w:val="nl-NL"/>
        </w:rPr>
        <w:t>Tijdelijk /</w:t>
      </w:r>
      <w:proofErr w:type="gramEnd"/>
      <w:r w:rsidRPr="00367F93">
        <w:rPr>
          <w:lang w:val="nl-NL"/>
        </w:rPr>
        <w:t xml:space="preserve"> Structureel</w:t>
      </w:r>
    </w:p>
    <w:p w14:paraId="051B6A8B" w14:textId="77777777" w:rsidR="005C0941" w:rsidRPr="00367F93" w:rsidRDefault="007A21D8">
      <w:pPr>
        <w:pStyle w:val="Kop2"/>
        <w:rPr>
          <w:lang w:val="nl-NL"/>
        </w:rPr>
      </w:pPr>
      <w:r w:rsidRPr="00367F93">
        <w:rPr>
          <w:lang w:val="nl-NL"/>
        </w:rPr>
        <w:t>9. Huurperiode en beschikbaarheid</w:t>
      </w:r>
    </w:p>
    <w:p w14:paraId="07D30DDF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Gewenste startdatum: ____________________</w:t>
      </w:r>
    </w:p>
    <w:p w14:paraId="46C7E067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Verwachte duur: _________________________</w:t>
      </w:r>
    </w:p>
    <w:p w14:paraId="7CF8B8B0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 xml:space="preserve">Flexibiliteit aankomst/vertrek: </w:t>
      </w:r>
      <w:proofErr w:type="gramStart"/>
      <w:r w:rsidRPr="00367F93">
        <w:rPr>
          <w:lang w:val="nl-NL"/>
        </w:rPr>
        <w:t>Ja /</w:t>
      </w:r>
      <w:proofErr w:type="gramEnd"/>
      <w:r w:rsidRPr="00367F93">
        <w:rPr>
          <w:lang w:val="nl-NL"/>
        </w:rPr>
        <w:t xml:space="preserve"> Nee</w:t>
      </w:r>
    </w:p>
    <w:p w14:paraId="6CD24001" w14:textId="77777777" w:rsidR="005C0941" w:rsidRPr="00367F93" w:rsidRDefault="007A21D8">
      <w:pPr>
        <w:pStyle w:val="Kop2"/>
        <w:rPr>
          <w:lang w:val="nl-NL"/>
        </w:rPr>
      </w:pPr>
      <w:r w:rsidRPr="00367F93">
        <w:rPr>
          <w:lang w:val="nl-NL"/>
        </w:rPr>
        <w:t>10. Overige afspraken en voorwaarden</w:t>
      </w:r>
    </w:p>
    <w:p w14:paraId="58EE612B" w14:textId="77777777" w:rsidR="005C0941" w:rsidRPr="00367F93" w:rsidRDefault="007A21D8">
      <w:pPr>
        <w:rPr>
          <w:lang w:val="nl-NL"/>
        </w:rPr>
      </w:pPr>
      <w:r w:rsidRPr="00367F93">
        <w:rPr>
          <w:b/>
          <w:lang w:val="nl-NL"/>
        </w:rPr>
        <w:t>- Huisdieren zijn niet toegestaan op het terrein, in de stallen of appartementen.</w:t>
      </w:r>
    </w:p>
    <w:p w14:paraId="4C12A3BC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- Respecteer rust en veiligheid voor mens en dier.</w:t>
      </w:r>
    </w:p>
    <w:p w14:paraId="02203978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 xml:space="preserve">- Alleen bevoegden mogen paarden verzorgen of in </w:t>
      </w:r>
      <w:r w:rsidRPr="00367F93">
        <w:rPr>
          <w:lang w:val="nl-NL"/>
        </w:rPr>
        <w:t>stal-/weidegebied.</w:t>
      </w:r>
    </w:p>
    <w:p w14:paraId="29495FBA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- Roken uitsluitend op aangewezen plekken.</w:t>
      </w:r>
    </w:p>
    <w:p w14:paraId="7EEA1FB6" w14:textId="77777777" w:rsidR="005C0941" w:rsidRPr="00367F93" w:rsidRDefault="007A21D8">
      <w:pPr>
        <w:rPr>
          <w:lang w:val="nl-NL"/>
        </w:rPr>
      </w:pPr>
      <w:r w:rsidRPr="00367F93">
        <w:rPr>
          <w:lang w:val="nl-NL"/>
        </w:rPr>
        <w:t>- Verzekering en aansprakelijkheid liggen bij de huurder.</w:t>
      </w:r>
    </w:p>
    <w:p w14:paraId="76CF8259" w14:textId="77777777" w:rsidR="005C0941" w:rsidRDefault="007A21D8">
      <w:pPr>
        <w:pStyle w:val="Kop2"/>
      </w:pPr>
      <w:r>
        <w:t>11. Vragen van de klant</w:t>
      </w:r>
    </w:p>
    <w:p w14:paraId="11C88CA4" w14:textId="77777777" w:rsidR="005C0941" w:rsidRDefault="007A21D8">
      <w:r>
        <w:t>...</w:t>
      </w:r>
    </w:p>
    <w:p w14:paraId="55C8303E" w14:textId="77777777" w:rsidR="005C0941" w:rsidRDefault="007A21D8">
      <w:pPr>
        <w:pStyle w:val="Kop2"/>
      </w:pPr>
      <w:r>
        <w:lastRenderedPageBreak/>
        <w:t>12. Afronding</w:t>
      </w:r>
    </w:p>
    <w:p w14:paraId="7BEF8AFE" w14:textId="77777777" w:rsidR="005C0941" w:rsidRDefault="007A21D8">
      <w:pPr>
        <w:pStyle w:val="Lijstopsomteken"/>
      </w:pPr>
      <w:r>
        <w:t>[  ] Offerte opstellen</w:t>
      </w:r>
    </w:p>
    <w:p w14:paraId="2FB435A0" w14:textId="77777777" w:rsidR="005C0941" w:rsidRDefault="007A21D8">
      <w:pPr>
        <w:pStyle w:val="Lijstopsomteken"/>
      </w:pPr>
      <w:r>
        <w:t>[  ] Proefperiode plannen</w:t>
      </w:r>
    </w:p>
    <w:p w14:paraId="2F79FEA3" w14:textId="77777777" w:rsidR="005C0941" w:rsidRDefault="007A21D8">
      <w:pPr>
        <w:pStyle w:val="Lijstopsomteken"/>
      </w:pPr>
      <w:r>
        <w:t>[  ] Contract opstellen</w:t>
      </w:r>
    </w:p>
    <w:p w14:paraId="762A7FF0" w14:textId="77777777" w:rsidR="005C0941" w:rsidRDefault="007A21D8">
      <w:pPr>
        <w:pStyle w:val="Lijstopsomteken"/>
      </w:pPr>
      <w:proofErr w:type="gramStart"/>
      <w:r>
        <w:t>[  ]</w:t>
      </w:r>
      <w:proofErr w:type="gramEnd"/>
      <w:r>
        <w:t xml:space="preserve"> </w:t>
      </w:r>
      <w:proofErr w:type="spellStart"/>
      <w:r>
        <w:t>Startdatum</w:t>
      </w:r>
      <w:proofErr w:type="spellEnd"/>
      <w:r>
        <w:t xml:space="preserve"> </w:t>
      </w:r>
      <w:proofErr w:type="spellStart"/>
      <w:r>
        <w:t>bevestigen</w:t>
      </w:r>
      <w:proofErr w:type="spellEnd"/>
    </w:p>
    <w:p w14:paraId="62ACFA27" w14:textId="77777777" w:rsidR="00367F93" w:rsidRDefault="00367F93" w:rsidP="00367F93">
      <w:pPr>
        <w:pStyle w:val="Lijstopsomteken"/>
        <w:numPr>
          <w:ilvl w:val="0"/>
          <w:numId w:val="0"/>
        </w:numPr>
        <w:ind w:left="360" w:hanging="360"/>
      </w:pPr>
    </w:p>
    <w:p w14:paraId="6CBA05FB" w14:textId="77777777" w:rsidR="00367F93" w:rsidRDefault="00367F93" w:rsidP="00367F93">
      <w:pPr>
        <w:pStyle w:val="Lijstopsomteken"/>
        <w:numPr>
          <w:ilvl w:val="0"/>
          <w:numId w:val="0"/>
        </w:numPr>
        <w:ind w:left="360" w:hanging="360"/>
      </w:pPr>
    </w:p>
    <w:p w14:paraId="6CAE732D" w14:textId="3B0CD9F1" w:rsidR="00367F93" w:rsidRDefault="00367F93" w:rsidP="00367F93">
      <w:pPr>
        <w:pStyle w:val="Lijstopsomteken"/>
        <w:numPr>
          <w:ilvl w:val="0"/>
          <w:numId w:val="0"/>
        </w:numPr>
        <w:ind w:left="360" w:hanging="360"/>
        <w:rPr>
          <w:lang w:val="nl-NL"/>
        </w:rPr>
      </w:pPr>
      <w:proofErr w:type="gramStart"/>
      <w:r w:rsidRPr="00367F93">
        <w:rPr>
          <w:lang w:val="nl-NL"/>
        </w:rPr>
        <w:t>Indien</w:t>
      </w:r>
      <w:proofErr w:type="gramEnd"/>
      <w:r w:rsidRPr="00367F93">
        <w:rPr>
          <w:lang w:val="nl-NL"/>
        </w:rPr>
        <w:t xml:space="preserve"> de klant akkoord is hand</w:t>
      </w:r>
      <w:r>
        <w:rPr>
          <w:lang w:val="nl-NL"/>
        </w:rPr>
        <w:t>tekening en gaat ook de huur per de 1</w:t>
      </w:r>
      <w:r w:rsidRPr="00367F93">
        <w:rPr>
          <w:vertAlign w:val="superscript"/>
          <w:lang w:val="nl-NL"/>
        </w:rPr>
        <w:t>ste</w:t>
      </w:r>
      <w:r>
        <w:rPr>
          <w:lang w:val="nl-NL"/>
        </w:rPr>
        <w:t xml:space="preserve"> van die maand in.</w:t>
      </w:r>
    </w:p>
    <w:p w14:paraId="7DC46D90" w14:textId="31B752BD" w:rsidR="00367F93" w:rsidRPr="00367F93" w:rsidRDefault="00367F93" w:rsidP="00367F93">
      <w:pPr>
        <w:pStyle w:val="Lijstopsomteken"/>
        <w:numPr>
          <w:ilvl w:val="0"/>
          <w:numId w:val="0"/>
        </w:numPr>
        <w:ind w:left="360" w:hanging="360"/>
        <w:rPr>
          <w:lang w:val="nl-NL"/>
        </w:rPr>
      </w:pPr>
      <w:r>
        <w:rPr>
          <w:lang w:val="nl-NL"/>
        </w:rPr>
        <w:t xml:space="preserve">We nemen dan geen andere klanten aan. </w:t>
      </w:r>
    </w:p>
    <w:sectPr w:rsidR="00367F93" w:rsidRPr="00367F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1151751">
    <w:abstractNumId w:val="8"/>
  </w:num>
  <w:num w:numId="2" w16cid:durableId="323974473">
    <w:abstractNumId w:val="6"/>
  </w:num>
  <w:num w:numId="3" w16cid:durableId="1143038608">
    <w:abstractNumId w:val="5"/>
  </w:num>
  <w:num w:numId="4" w16cid:durableId="1983849562">
    <w:abstractNumId w:val="4"/>
  </w:num>
  <w:num w:numId="5" w16cid:durableId="1768691979">
    <w:abstractNumId w:val="7"/>
  </w:num>
  <w:num w:numId="6" w16cid:durableId="391006612">
    <w:abstractNumId w:val="3"/>
  </w:num>
  <w:num w:numId="7" w16cid:durableId="291592214">
    <w:abstractNumId w:val="2"/>
  </w:num>
  <w:num w:numId="8" w16cid:durableId="891042764">
    <w:abstractNumId w:val="1"/>
  </w:num>
  <w:num w:numId="9" w16cid:durableId="270165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4B8"/>
    <w:rsid w:val="0015074B"/>
    <w:rsid w:val="00234CF6"/>
    <w:rsid w:val="0029639D"/>
    <w:rsid w:val="00326F90"/>
    <w:rsid w:val="00367F93"/>
    <w:rsid w:val="005C0941"/>
    <w:rsid w:val="00641FF7"/>
    <w:rsid w:val="007A21D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E54972"/>
  <w14:defaultImageDpi w14:val="300"/>
  <w15:docId w15:val="{3737810B-7869-384A-88E2-30689861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Else Wortelboer - Het Kleef</cp:lastModifiedBy>
  <cp:revision>5</cp:revision>
  <dcterms:created xsi:type="dcterms:W3CDTF">2025-07-09T11:27:00Z</dcterms:created>
  <dcterms:modified xsi:type="dcterms:W3CDTF">2025-07-11T09:18:00Z</dcterms:modified>
  <cp:category/>
</cp:coreProperties>
</file>